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7B94" w14:textId="77777777" w:rsidR="00A730E5" w:rsidRDefault="00000000">
      <w:pPr>
        <w:jc w:val="center"/>
      </w:pPr>
      <w:r>
        <w:rPr>
          <w:b/>
          <w:sz w:val="40"/>
        </w:rPr>
        <w:t>AMMIPRO</w:t>
      </w:r>
    </w:p>
    <w:p w14:paraId="0EEFCAB0" w14:textId="77777777" w:rsidR="00A730E5" w:rsidRDefault="00000000">
      <w:pPr>
        <w:jc w:val="center"/>
      </w:pPr>
      <w:r>
        <w:rPr>
          <w:b/>
        </w:rPr>
        <w:t>Associazione Professionale per l’Amministrazione Condominiale</w:t>
      </w:r>
    </w:p>
    <w:p w14:paraId="203F8753" w14:textId="77777777" w:rsidR="00A730E5" w:rsidRDefault="00000000">
      <w:pPr>
        <w:jc w:val="center"/>
      </w:pPr>
      <w:r>
        <w:rPr>
          <w:b/>
          <w:sz w:val="30"/>
        </w:rPr>
        <w:t>DOMANDA DI ISCRIZIONE – SOCIO PROFESSIONISTA</w:t>
      </w:r>
    </w:p>
    <w:p w14:paraId="40373645" w14:textId="77777777" w:rsidR="00A730E5" w:rsidRDefault="00000000">
      <w:pPr>
        <w:jc w:val="center"/>
      </w:pPr>
      <w:r>
        <w:rPr>
          <w:i/>
        </w:rPr>
        <w:t>Fascicolo di verifica iniziale dei requisiti professionali</w:t>
      </w:r>
    </w:p>
    <w:p w14:paraId="2129DAF9" w14:textId="77777777" w:rsidR="00A730E5" w:rsidRDefault="00A730E5"/>
    <w:p w14:paraId="5DC23721" w14:textId="77777777" w:rsidR="00A730E5" w:rsidRDefault="00000000">
      <w:r>
        <w:rPr>
          <w:b/>
        </w:rPr>
        <w:t xml:space="preserve">Cognome e nome: </w:t>
      </w:r>
      <w:r>
        <w:t>__________________________________________________________</w:t>
      </w:r>
    </w:p>
    <w:p w14:paraId="7EC9E16C" w14:textId="77777777" w:rsidR="00A730E5" w:rsidRDefault="00000000">
      <w:r>
        <w:rPr>
          <w:b/>
        </w:rPr>
        <w:t xml:space="preserve">Luogo e data di nascita: </w:t>
      </w:r>
      <w:r>
        <w:t>__________________________________________________________</w:t>
      </w:r>
    </w:p>
    <w:p w14:paraId="21D9F6C7" w14:textId="77777777" w:rsidR="00A730E5" w:rsidRDefault="00000000">
      <w:r>
        <w:rPr>
          <w:b/>
        </w:rPr>
        <w:t xml:space="preserve">Codice fiscale: </w:t>
      </w:r>
      <w:r>
        <w:t>__________________________________________________________</w:t>
      </w:r>
    </w:p>
    <w:p w14:paraId="41DD0496" w14:textId="77777777" w:rsidR="00A730E5" w:rsidRDefault="00000000">
      <w:r>
        <w:rPr>
          <w:b/>
        </w:rPr>
        <w:t xml:space="preserve">Residenza: </w:t>
      </w:r>
      <w:r>
        <w:t>__________________________________________________________</w:t>
      </w:r>
    </w:p>
    <w:p w14:paraId="5705D598" w14:textId="77777777" w:rsidR="00A730E5" w:rsidRDefault="00000000">
      <w:r>
        <w:rPr>
          <w:b/>
        </w:rPr>
        <w:t xml:space="preserve">Telefono: </w:t>
      </w:r>
      <w:r>
        <w:t>__________________________________________________________</w:t>
      </w:r>
    </w:p>
    <w:p w14:paraId="15DFFFAA" w14:textId="77777777" w:rsidR="00A730E5" w:rsidRDefault="00000000">
      <w:r>
        <w:rPr>
          <w:b/>
        </w:rPr>
        <w:t xml:space="preserve">E-mail: </w:t>
      </w:r>
      <w:r>
        <w:t>__________________________________________________________</w:t>
      </w:r>
    </w:p>
    <w:p w14:paraId="4D5FCF42" w14:textId="77777777" w:rsidR="00A730E5" w:rsidRDefault="00000000">
      <w:r>
        <w:rPr>
          <w:b/>
        </w:rPr>
        <w:t xml:space="preserve">PEC: </w:t>
      </w:r>
      <w:r>
        <w:t>__________________________________________________________</w:t>
      </w:r>
    </w:p>
    <w:p w14:paraId="6F9F0126" w14:textId="77777777" w:rsidR="00A730E5" w:rsidRDefault="00000000">
      <w:r>
        <w:rPr>
          <w:b/>
        </w:rPr>
        <w:t xml:space="preserve">Partita IVA (se presente): </w:t>
      </w:r>
      <w:r>
        <w:t>__________________________________________________________</w:t>
      </w:r>
    </w:p>
    <w:p w14:paraId="41FBF768" w14:textId="77777777" w:rsidR="00A730E5" w:rsidRDefault="00000000">
      <w:pPr>
        <w:pStyle w:val="Titolo1"/>
      </w:pPr>
      <w:r>
        <w:t>Richiesta</w:t>
      </w:r>
    </w:p>
    <w:p w14:paraId="7A4F1A22" w14:textId="77777777" w:rsidR="00A730E5" w:rsidRDefault="00000000">
      <w:r>
        <w:t>Il/La sottoscritto/a chiede l’ammissione ad AMMIPRO nella categoria di Socio Professionista e l’inserimento nell’Elenco Professionale AMMIPRO, subordinatamente alla verifica dei requisiti previsti dallo Statuto, dai Regolamenti associativi e dalla normativa vigente.</w:t>
      </w:r>
    </w:p>
    <w:p w14:paraId="47AA83E3" w14:textId="77777777" w:rsidR="00A730E5" w:rsidRDefault="00000000">
      <w:pPr>
        <w:pStyle w:val="Titolo1"/>
      </w:pPr>
      <w:r>
        <w:t>Attività professionale</w:t>
      </w:r>
    </w:p>
    <w:p w14:paraId="739266EA" w14:textId="77777777" w:rsidR="00A730E5" w:rsidRDefault="00000000">
      <w:r>
        <w:rPr>
          <w:b/>
        </w:rPr>
        <w:t xml:space="preserve">Anno di inizio dell’attività di amministratore di condominio: </w:t>
      </w:r>
      <w:r>
        <w:t>__________________________________________________________</w:t>
      </w:r>
    </w:p>
    <w:p w14:paraId="52831BD6" w14:textId="77777777" w:rsidR="00A730E5" w:rsidRDefault="00000000">
      <w:r>
        <w:rPr>
          <w:b/>
        </w:rPr>
        <w:t xml:space="preserve">Studio / denominazione professionale: </w:t>
      </w:r>
      <w:r>
        <w:t>__________________________________________________________</w:t>
      </w:r>
    </w:p>
    <w:p w14:paraId="0ACFD243" w14:textId="77777777" w:rsidR="00A730E5" w:rsidRDefault="00000000">
      <w:r>
        <w:rPr>
          <w:b/>
        </w:rPr>
        <w:t xml:space="preserve">Sede professionale: </w:t>
      </w:r>
      <w:r>
        <w:t>__________________________________________________________</w:t>
      </w:r>
    </w:p>
    <w:p w14:paraId="61C20EEF" w14:textId="77777777" w:rsidR="00A730E5" w:rsidRDefault="00000000">
      <w:pPr>
        <w:pStyle w:val="Titolo1"/>
      </w:pPr>
      <w:r>
        <w:t>Documentazione allegata</w:t>
      </w:r>
    </w:p>
    <w:p w14:paraId="6CC3C24F" w14:textId="77777777" w:rsidR="00A730E5" w:rsidRDefault="00000000">
      <w:r>
        <w:t>☐ Copia documento di identità in corso di validità</w:t>
      </w:r>
    </w:p>
    <w:p w14:paraId="2D024896" w14:textId="77777777" w:rsidR="00A730E5" w:rsidRDefault="00000000">
      <w:r>
        <w:t>☐ Copia codice fiscale</w:t>
      </w:r>
    </w:p>
    <w:p w14:paraId="4BA76DF2" w14:textId="77777777" w:rsidR="00A730E5" w:rsidRDefault="00000000">
      <w:r>
        <w:t>☐ Autodichiarazione requisiti art. 71-bis disp. att. c.c.</w:t>
      </w:r>
    </w:p>
    <w:p w14:paraId="7131B361" w14:textId="77777777" w:rsidR="00A730E5" w:rsidRDefault="00000000">
      <w:r>
        <w:t>☐ Documentazione relativa al titolo di studio o relativa autodichiarazione</w:t>
      </w:r>
    </w:p>
    <w:p w14:paraId="1ABB819B" w14:textId="77777777" w:rsidR="00A730E5" w:rsidRDefault="00000000">
      <w:r>
        <w:lastRenderedPageBreak/>
        <w:t>☐ Attestato del corso di formazione iniziale D.M. 140/2014, ove richiesto</w:t>
      </w:r>
    </w:p>
    <w:p w14:paraId="2667EA68" w14:textId="77777777" w:rsidR="00A730E5" w:rsidRDefault="00000000">
      <w:r>
        <w:t>☐ Attestato/i di aggiornamento periodico D.M. 140/2014 rilevante/i ai fini della verifica</w:t>
      </w:r>
    </w:p>
    <w:p w14:paraId="7B985C1D" w14:textId="77777777" w:rsidR="00A730E5" w:rsidRDefault="00000000">
      <w:r>
        <w:t>☐ Eventuale documentazione comprovante una deroga prevista dall’art. 71-bis</w:t>
      </w:r>
    </w:p>
    <w:p w14:paraId="1F12B78D" w14:textId="77777777" w:rsidR="00A730E5" w:rsidRDefault="00000000">
      <w:r>
        <w:t>☐ Ulteriore documentazione richiesta da AMMIPRO</w:t>
      </w:r>
    </w:p>
    <w:p w14:paraId="2C186F2B" w14:textId="77777777" w:rsidR="00A730E5" w:rsidRDefault="00000000">
      <w:pPr>
        <w:pStyle w:val="Titolo1"/>
      </w:pPr>
      <w:r>
        <w:t>Dichiarazioni dell’aspirante socio</w:t>
      </w:r>
    </w:p>
    <w:p w14:paraId="406DA162" w14:textId="77777777" w:rsidR="00A730E5" w:rsidRDefault="00000000">
      <w:r>
        <w:t>☐ Dichiaro di aver preso visione e di accettare lo Statuto AMMIPRO.</w:t>
      </w:r>
    </w:p>
    <w:p w14:paraId="48D5017F" w14:textId="77777777" w:rsidR="00A730E5" w:rsidRDefault="00000000">
      <w:r>
        <w:t>☐ Dichiaro di aver preso visione e di accettare il Regolamento Associativo.</w:t>
      </w:r>
    </w:p>
    <w:p w14:paraId="2EA73742" w14:textId="77777777" w:rsidR="00A730E5" w:rsidRDefault="00000000">
      <w:r>
        <w:t>☐ Dichiaro di aver preso visione e di accettare il Codice di Condotta e Deontologico.</w:t>
      </w:r>
    </w:p>
    <w:p w14:paraId="5FFFBBD0" w14:textId="77777777" w:rsidR="00A730E5" w:rsidRDefault="00000000">
      <w:r>
        <w:t>☐ Dichiaro di aver preso visione e di accettare il Regolamento Disciplinare.</w:t>
      </w:r>
    </w:p>
    <w:p w14:paraId="70D4F66C" w14:textId="77777777" w:rsidR="00A730E5" w:rsidRDefault="00000000">
      <w:r>
        <w:t>☐ Mi impegno a comunicare tempestivamente ad AMMIPRO ogni variazione che possa incidere sul possesso dei requisiti professionali o associativi.</w:t>
      </w:r>
    </w:p>
    <w:p w14:paraId="34FE8199" w14:textId="77777777" w:rsidR="00A730E5" w:rsidRDefault="00000000">
      <w:r>
        <w:t>La presente domanda non comporta automaticamente l’ammissione né costituisce abilitazione pubblica all’esercizio dell’attività professionale.</w:t>
      </w:r>
    </w:p>
    <w:p w14:paraId="22BEA7DF" w14:textId="77777777" w:rsidR="00A730E5" w:rsidRDefault="00000000">
      <w:r>
        <w:br/>
        <w:t>Luogo e data ______________________________      Firma __________________________________</w:t>
      </w:r>
    </w:p>
    <w:sectPr w:rsidR="00A730E5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0853649">
    <w:abstractNumId w:val="8"/>
  </w:num>
  <w:num w:numId="2" w16cid:durableId="2089424077">
    <w:abstractNumId w:val="6"/>
  </w:num>
  <w:num w:numId="3" w16cid:durableId="1849981351">
    <w:abstractNumId w:val="5"/>
  </w:num>
  <w:num w:numId="4" w16cid:durableId="1810246426">
    <w:abstractNumId w:val="4"/>
  </w:num>
  <w:num w:numId="5" w16cid:durableId="324013354">
    <w:abstractNumId w:val="7"/>
  </w:num>
  <w:num w:numId="6" w16cid:durableId="1558277840">
    <w:abstractNumId w:val="3"/>
  </w:num>
  <w:num w:numId="7" w16cid:durableId="1416705863">
    <w:abstractNumId w:val="2"/>
  </w:num>
  <w:num w:numId="8" w16cid:durableId="543252530">
    <w:abstractNumId w:val="1"/>
  </w:num>
  <w:num w:numId="9" w16cid:durableId="164045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8293F"/>
    <w:rsid w:val="00650785"/>
    <w:rsid w:val="00A730E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86B1FE"/>
  <w14:defaultImageDpi w14:val="300"/>
  <w15:docId w15:val="{0D0BAF56-1894-44DE-8168-6B8651D6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cp:lastPrinted>2026-08-31T09:55:00Z</cp:lastPrinted>
  <dcterms:created xsi:type="dcterms:W3CDTF">2026-08-31T09:55:00Z</dcterms:created>
  <dcterms:modified xsi:type="dcterms:W3CDTF">2026-08-31T09:55:00Z</dcterms:modified>
  <cp:category/>
</cp:coreProperties>
</file>